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03809" w14:textId="77777777" w:rsidR="00E340B5" w:rsidRPr="00157CFE" w:rsidRDefault="00000000">
      <w:pPr>
        <w:spacing w:after="80"/>
        <w:jc w:val="center"/>
        <w:rPr>
          <w:lang w:val="ca-ES"/>
        </w:rPr>
      </w:pPr>
      <w:r w:rsidRPr="00157CFE">
        <w:rPr>
          <w:b/>
          <w:color w:val="222222"/>
          <w:sz w:val="30"/>
          <w:lang w:val="ca-ES"/>
        </w:rPr>
        <w:t>RECURS D'ALÇADA</w:t>
      </w:r>
    </w:p>
    <w:p w14:paraId="0B42A0B1" w14:textId="77777777" w:rsidR="00E340B5" w:rsidRPr="00157CFE" w:rsidRDefault="00000000">
      <w:pPr>
        <w:spacing w:after="120" w:line="269" w:lineRule="auto"/>
        <w:jc w:val="center"/>
        <w:rPr>
          <w:lang w:val="ca-ES"/>
        </w:rPr>
      </w:pPr>
      <w:r w:rsidRPr="00157CFE">
        <w:rPr>
          <w:i/>
          <w:color w:val="555555"/>
          <w:sz w:val="18"/>
          <w:lang w:val="ca-ES"/>
        </w:rPr>
        <w:t>(D'acord amb el títol II, capítol II, article 9.5 del Decret 12112010, de 10 de desembre, pel qual s'estableixen els drets i deures dels alumnes i les normes de convivència als centres docents no universitaris sostinguts amb fons públics de les Illes Balears)</w:t>
      </w:r>
    </w:p>
    <w:p w14:paraId="161B5D9A" w14:textId="77777777" w:rsidR="00E340B5" w:rsidRPr="00157CFE" w:rsidRDefault="00000000">
      <w:pPr>
        <w:keepNext/>
        <w:pBdr>
          <w:bottom w:val="single" w:sz="7" w:space="1" w:color="8A8A8A"/>
        </w:pBdr>
        <w:spacing w:after="30"/>
        <w:rPr>
          <w:lang w:val="ca-ES"/>
        </w:rPr>
      </w:pPr>
      <w:r w:rsidRPr="00157CFE">
        <w:rPr>
          <w:b/>
          <w:color w:val="222222"/>
          <w:sz w:val="22"/>
          <w:lang w:val="ca-ES"/>
        </w:rPr>
        <w:t>RECURRENT</w:t>
      </w:r>
      <w:r w:rsidRPr="00157CFE">
        <w:rPr>
          <w:b/>
          <w:color w:val="222222"/>
          <w:sz w:val="14"/>
          <w:vertAlign w:val="superscript"/>
          <w:lang w:val="ca-ES"/>
        </w:rPr>
        <w:t>1</w:t>
      </w:r>
    </w:p>
    <w:p w14:paraId="32E2925F" w14:textId="77777777" w:rsidR="00E340B5" w:rsidRPr="00157CFE" w:rsidRDefault="00000000">
      <w:pPr>
        <w:keepNext/>
        <w:spacing w:before="28" w:after="20"/>
        <w:rPr>
          <w:lang w:val="ca-ES"/>
        </w:rPr>
      </w:pPr>
      <w:r w:rsidRPr="00157CFE">
        <w:rPr>
          <w:b/>
          <w:color w:val="444444"/>
          <w:sz w:val="18"/>
          <w:lang w:val="ca-ES"/>
        </w:rPr>
        <w:t>Nom i llinatges</w:t>
      </w:r>
    </w:p>
    <w:tbl>
      <w:tblPr>
        <w:tblW w:w="10092" w:type="dxa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5103"/>
      </w:tblGrid>
      <w:tr w:rsidR="00E340B5" w:rsidRPr="00157CFE" w14:paraId="1E126ED5" w14:textId="77777777">
        <w:trPr>
          <w:cantSplit/>
          <w:trHeight w:val="317"/>
          <w:jc w:val="center"/>
        </w:trPr>
        <w:tc>
          <w:tcPr>
            <w:tcW w:w="10092" w:type="dxa"/>
            <w:gridSpan w:val="2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160D8B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4AF5C48E" w14:textId="77777777">
        <w:trPr>
          <w:cantSplit/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0" w:type="dxa"/>
              <w:bottom w:w="10" w:type="dxa"/>
              <w:right w:w="70" w:type="dxa"/>
            </w:tcMar>
          </w:tcPr>
          <w:p w14:paraId="443292FB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DNI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0" w:type="dxa"/>
              <w:bottom w:w="10" w:type="dxa"/>
              <w:right w:w="70" w:type="dxa"/>
            </w:tcMar>
          </w:tcPr>
          <w:p w14:paraId="633D8A76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Telèfon</w:t>
            </w:r>
          </w:p>
        </w:tc>
      </w:tr>
      <w:tr w:rsidR="00E340B5" w:rsidRPr="00157CFE" w14:paraId="5B5E0F17" w14:textId="77777777">
        <w:trPr>
          <w:cantSplit/>
          <w:trHeight w:val="317"/>
          <w:jc w:val="center"/>
        </w:trPr>
        <w:tc>
          <w:tcPr>
            <w:tcW w:w="4989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18266CF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  <w:tc>
          <w:tcPr>
            <w:tcW w:w="5103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2AEEA45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</w:tbl>
    <w:p w14:paraId="4275BDC5" w14:textId="77777777" w:rsidR="00E340B5" w:rsidRPr="00157CFE" w:rsidRDefault="00000000">
      <w:pPr>
        <w:keepNext/>
        <w:spacing w:before="28" w:after="20"/>
        <w:rPr>
          <w:lang w:val="ca-ES"/>
        </w:rPr>
      </w:pPr>
      <w:r w:rsidRPr="00157CFE">
        <w:rPr>
          <w:b/>
          <w:color w:val="444444"/>
          <w:sz w:val="18"/>
          <w:lang w:val="ca-ES"/>
        </w:rPr>
        <w:t>Adreça de notificació</w:t>
      </w:r>
    </w:p>
    <w:tbl>
      <w:tblPr>
        <w:tblW w:w="10092" w:type="dxa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1418"/>
        <w:gridCol w:w="3685"/>
      </w:tblGrid>
      <w:tr w:rsidR="00E340B5" w:rsidRPr="00157CFE" w14:paraId="6383B935" w14:textId="77777777">
        <w:trPr>
          <w:cantSplit/>
          <w:trHeight w:val="317"/>
          <w:jc w:val="center"/>
        </w:trPr>
        <w:tc>
          <w:tcPr>
            <w:tcW w:w="10092" w:type="dxa"/>
            <w:gridSpan w:val="3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FE154B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232BB713" w14:textId="77777777">
        <w:trPr>
          <w:cantSplit/>
          <w:jc w:val="center"/>
        </w:trPr>
        <w:tc>
          <w:tcPr>
            <w:tcW w:w="64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0" w:type="dxa"/>
              <w:bottom w:w="10" w:type="dxa"/>
              <w:right w:w="70" w:type="dxa"/>
            </w:tcMar>
          </w:tcPr>
          <w:p w14:paraId="4F6513B9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Localitat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0" w:type="dxa"/>
              <w:bottom w:w="10" w:type="dxa"/>
              <w:right w:w="70" w:type="dxa"/>
            </w:tcMar>
          </w:tcPr>
          <w:p w14:paraId="73B28881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Codi Postal</w:t>
            </w:r>
          </w:p>
        </w:tc>
      </w:tr>
      <w:tr w:rsidR="00E340B5" w:rsidRPr="00157CFE" w14:paraId="392D8E9A" w14:textId="77777777">
        <w:trPr>
          <w:cantSplit/>
          <w:trHeight w:val="317"/>
          <w:jc w:val="center"/>
        </w:trPr>
        <w:tc>
          <w:tcPr>
            <w:tcW w:w="6407" w:type="dxa"/>
            <w:gridSpan w:val="2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F1B1144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  <w:tc>
          <w:tcPr>
            <w:tcW w:w="3685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7254D7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3C758575" w14:textId="77777777">
        <w:trPr>
          <w:cantSplit/>
          <w:jc w:val="center"/>
        </w:trPr>
        <w:tc>
          <w:tcPr>
            <w:tcW w:w="498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0" w:type="dxa"/>
              <w:bottom w:w="10" w:type="dxa"/>
              <w:right w:w="70" w:type="dxa"/>
            </w:tcMar>
          </w:tcPr>
          <w:p w14:paraId="23C48343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Municipi</w:t>
            </w:r>
          </w:p>
        </w:tc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0" w:type="dxa"/>
              <w:bottom w:w="10" w:type="dxa"/>
              <w:right w:w="70" w:type="dxa"/>
            </w:tcMar>
          </w:tcPr>
          <w:p w14:paraId="44EC6899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Adreça electrònica</w:t>
            </w:r>
          </w:p>
        </w:tc>
      </w:tr>
      <w:tr w:rsidR="00E340B5" w:rsidRPr="00157CFE" w14:paraId="6BE3BDBD" w14:textId="77777777">
        <w:trPr>
          <w:cantSplit/>
          <w:trHeight w:val="317"/>
          <w:jc w:val="center"/>
        </w:trPr>
        <w:tc>
          <w:tcPr>
            <w:tcW w:w="4989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38DA51C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  <w:tc>
          <w:tcPr>
            <w:tcW w:w="5103" w:type="dxa"/>
            <w:gridSpan w:val="2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C03E136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</w:tbl>
    <w:p w14:paraId="1AF2F5DF" w14:textId="77777777" w:rsidR="00E340B5" w:rsidRPr="00157CFE" w:rsidRDefault="00000000">
      <w:pPr>
        <w:keepNext/>
        <w:spacing w:before="28" w:after="20"/>
        <w:rPr>
          <w:lang w:val="ca-ES"/>
        </w:rPr>
      </w:pPr>
      <w:r w:rsidRPr="00157CFE">
        <w:rPr>
          <w:b/>
          <w:color w:val="444444"/>
          <w:sz w:val="18"/>
          <w:lang w:val="ca-ES"/>
        </w:rPr>
        <w:t>En representació de l'alumne/a</w:t>
      </w:r>
    </w:p>
    <w:tbl>
      <w:tblPr>
        <w:tblW w:w="10092" w:type="dxa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6464"/>
      </w:tblGrid>
      <w:tr w:rsidR="00E340B5" w:rsidRPr="00157CFE" w14:paraId="27733F03" w14:textId="77777777">
        <w:trPr>
          <w:cantSplit/>
          <w:trHeight w:val="317"/>
          <w:jc w:val="center"/>
        </w:trPr>
        <w:tc>
          <w:tcPr>
            <w:tcW w:w="10092" w:type="dxa"/>
            <w:gridSpan w:val="2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5CF2960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51B42F3D" w14:textId="77777777">
        <w:trPr>
          <w:cantSplit/>
          <w:jc w:val="center"/>
        </w:trPr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0" w:type="dxa"/>
              <w:bottom w:w="10" w:type="dxa"/>
              <w:right w:w="70" w:type="dxa"/>
            </w:tcMar>
          </w:tcPr>
          <w:p w14:paraId="0B4528BD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DNI de l'alumne/a</w:t>
            </w:r>
          </w:p>
        </w:tc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70" w:type="dxa"/>
              <w:bottom w:w="10" w:type="dxa"/>
              <w:right w:w="70" w:type="dxa"/>
            </w:tcMar>
          </w:tcPr>
          <w:p w14:paraId="77389B8C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Centre</w:t>
            </w:r>
          </w:p>
        </w:tc>
      </w:tr>
      <w:tr w:rsidR="00E340B5" w:rsidRPr="00157CFE" w14:paraId="654D6F36" w14:textId="77777777">
        <w:trPr>
          <w:cantSplit/>
          <w:trHeight w:val="317"/>
          <w:jc w:val="center"/>
        </w:trPr>
        <w:tc>
          <w:tcPr>
            <w:tcW w:w="3628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8507DD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  <w:tc>
          <w:tcPr>
            <w:tcW w:w="6463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28B4E72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</w:tbl>
    <w:p w14:paraId="66B057EF" w14:textId="77777777" w:rsidR="00E340B5" w:rsidRPr="00157CFE" w:rsidRDefault="00000000">
      <w:pPr>
        <w:spacing w:before="100" w:after="60" w:line="269" w:lineRule="auto"/>
        <w:jc w:val="both"/>
        <w:rPr>
          <w:lang w:val="ca-ES"/>
        </w:rPr>
      </w:pPr>
      <w:r w:rsidRPr="00157CFE">
        <w:rPr>
          <w:color w:val="222222"/>
          <w:sz w:val="19"/>
          <w:lang w:val="ca-ES"/>
        </w:rPr>
        <w:t>D'acord amb el que disposa l'article 121 de la Llei 39/2015, d'1 d'octubre, de procediment administratiu comú de les Administracions Públiques,</w:t>
      </w:r>
    </w:p>
    <w:p w14:paraId="2D94644A" w14:textId="77777777" w:rsidR="00157CFE" w:rsidRDefault="00157CFE">
      <w:pPr>
        <w:keepNext/>
        <w:spacing w:after="60"/>
        <w:jc w:val="center"/>
        <w:rPr>
          <w:b/>
          <w:color w:val="222222"/>
          <w:sz w:val="22"/>
          <w:lang w:val="ca-ES"/>
        </w:rPr>
      </w:pPr>
    </w:p>
    <w:p w14:paraId="162A6C8E" w14:textId="53C7A867" w:rsidR="00E340B5" w:rsidRPr="00157CFE" w:rsidRDefault="00000000">
      <w:pPr>
        <w:keepNext/>
        <w:spacing w:after="60"/>
        <w:jc w:val="center"/>
        <w:rPr>
          <w:lang w:val="ca-ES"/>
        </w:rPr>
      </w:pPr>
      <w:r w:rsidRPr="00157CFE">
        <w:rPr>
          <w:b/>
          <w:color w:val="222222"/>
          <w:sz w:val="22"/>
          <w:lang w:val="ca-ES"/>
        </w:rPr>
        <w:t>INTERPÒS RECURS D'ALÇADA</w:t>
      </w:r>
    </w:p>
    <w:p w14:paraId="7493394F" w14:textId="77777777" w:rsidR="00E340B5" w:rsidRPr="00157CFE" w:rsidRDefault="00000000">
      <w:pPr>
        <w:keepNext/>
        <w:spacing w:before="28" w:after="20"/>
        <w:rPr>
          <w:lang w:val="ca-ES"/>
        </w:rPr>
      </w:pPr>
      <w:r w:rsidRPr="00157CFE">
        <w:rPr>
          <w:b/>
          <w:color w:val="444444"/>
          <w:sz w:val="18"/>
          <w:lang w:val="ca-ES"/>
        </w:rPr>
        <w:t>Contra la resolució de la direcció del centre, de data</w:t>
      </w:r>
    </w:p>
    <w:tbl>
      <w:tblPr>
        <w:tblW w:w="10092" w:type="dxa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E340B5" w:rsidRPr="00157CFE" w14:paraId="5E420128" w14:textId="77777777">
        <w:trPr>
          <w:cantSplit/>
          <w:trHeight w:val="317"/>
          <w:jc w:val="center"/>
        </w:trPr>
        <w:tc>
          <w:tcPr>
            <w:tcW w:w="1009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F0A6E9B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</w:tbl>
    <w:p w14:paraId="253334FF" w14:textId="77777777" w:rsidR="00E340B5" w:rsidRPr="00157CFE" w:rsidRDefault="00000000">
      <w:pPr>
        <w:keepNext/>
        <w:spacing w:before="28" w:after="20"/>
        <w:rPr>
          <w:lang w:val="ca-ES"/>
        </w:rPr>
      </w:pPr>
      <w:r w:rsidRPr="00157CFE">
        <w:rPr>
          <w:b/>
          <w:color w:val="444444"/>
          <w:sz w:val="18"/>
          <w:lang w:val="ca-ES"/>
        </w:rPr>
        <w:t>Respecte de</w:t>
      </w:r>
      <w:r w:rsidRPr="00157CFE">
        <w:rPr>
          <w:b/>
          <w:color w:val="444444"/>
          <w:sz w:val="14"/>
          <w:vertAlign w:val="superscript"/>
          <w:lang w:val="ca-ES"/>
        </w:rPr>
        <w:t>2</w:t>
      </w:r>
    </w:p>
    <w:tbl>
      <w:tblPr>
        <w:tblW w:w="10092" w:type="dxa"/>
        <w:jc w:val="center"/>
        <w:tblLayout w:type="fixed"/>
        <w:tblLook w:val="04A0" w:firstRow="1" w:lastRow="0" w:firstColumn="1" w:lastColumn="0" w:noHBand="0" w:noVBand="1"/>
      </w:tblPr>
      <w:tblGrid>
        <w:gridCol w:w="10092"/>
      </w:tblGrid>
      <w:tr w:rsidR="00E340B5" w:rsidRPr="00157CFE" w14:paraId="5EF18602" w14:textId="77777777">
        <w:trPr>
          <w:cantSplit/>
          <w:trHeight w:val="510"/>
          <w:jc w:val="center"/>
        </w:trPr>
        <w:tc>
          <w:tcPr>
            <w:tcW w:w="1009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884EFD5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</w:tbl>
    <w:p w14:paraId="5F2801DB" w14:textId="77777777" w:rsidR="00157CFE" w:rsidRPr="00157CFE" w:rsidRDefault="00157CFE">
      <w:pPr>
        <w:keepNext/>
        <w:pBdr>
          <w:bottom w:val="single" w:sz="7" w:space="1" w:color="8A8A8A"/>
        </w:pBdr>
        <w:spacing w:before="80" w:after="40"/>
        <w:rPr>
          <w:b/>
          <w:color w:val="222222"/>
          <w:sz w:val="22"/>
          <w:lang w:val="ca-ES"/>
        </w:rPr>
      </w:pPr>
    </w:p>
    <w:p w14:paraId="17C5441F" w14:textId="05D318BB" w:rsidR="00157CFE" w:rsidRPr="00157CFE" w:rsidRDefault="00000000">
      <w:pPr>
        <w:keepNext/>
        <w:pBdr>
          <w:bottom w:val="single" w:sz="7" w:space="1" w:color="8A8A8A"/>
        </w:pBdr>
        <w:spacing w:before="80" w:after="40"/>
        <w:rPr>
          <w:b/>
          <w:color w:val="222222"/>
          <w:sz w:val="22"/>
          <w:lang w:val="ca-ES"/>
        </w:rPr>
      </w:pPr>
      <w:r w:rsidRPr="00157CFE">
        <w:rPr>
          <w:b/>
          <w:color w:val="222222"/>
          <w:sz w:val="22"/>
          <w:lang w:val="ca-ES"/>
        </w:rPr>
        <w:t>FAIG LES AL·LEGACIONS SEGÜENTS:</w:t>
      </w:r>
    </w:p>
    <w:tbl>
      <w:tblPr>
        <w:tblW w:w="10092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9582"/>
      </w:tblGrid>
      <w:tr w:rsidR="00E340B5" w:rsidRPr="00157CFE" w14:paraId="70296D7D" w14:textId="77777777">
        <w:trPr>
          <w:cantSplit/>
          <w:trHeight w:val="374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70" w:type="dxa"/>
              <w:bottom w:w="30" w:type="dxa"/>
              <w:right w:w="30" w:type="dxa"/>
            </w:tcMar>
          </w:tcPr>
          <w:p w14:paraId="3BD7E569" w14:textId="77777777" w:rsidR="00E340B5" w:rsidRPr="00157CFE" w:rsidRDefault="00000000">
            <w:pPr>
              <w:spacing w:after="0"/>
              <w:jc w:val="right"/>
              <w:rPr>
                <w:lang w:val="ca-ES"/>
              </w:rPr>
            </w:pPr>
            <w:r w:rsidRPr="00157CFE">
              <w:rPr>
                <w:color w:val="222222"/>
                <w:sz w:val="18"/>
                <w:lang w:val="ca-ES"/>
              </w:rPr>
              <w:t>1.</w:t>
            </w:r>
          </w:p>
        </w:tc>
        <w:tc>
          <w:tcPr>
            <w:tcW w:w="958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488D392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131E5C4C" w14:textId="77777777">
        <w:trPr>
          <w:cantSplit/>
          <w:trHeight w:val="374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70" w:type="dxa"/>
              <w:bottom w:w="30" w:type="dxa"/>
              <w:right w:w="30" w:type="dxa"/>
            </w:tcMar>
          </w:tcPr>
          <w:p w14:paraId="005A525E" w14:textId="77777777" w:rsidR="00E340B5" w:rsidRPr="00157CFE" w:rsidRDefault="00000000">
            <w:pPr>
              <w:spacing w:after="0"/>
              <w:jc w:val="right"/>
              <w:rPr>
                <w:lang w:val="ca-ES"/>
              </w:rPr>
            </w:pPr>
            <w:r w:rsidRPr="00157CFE">
              <w:rPr>
                <w:color w:val="222222"/>
                <w:sz w:val="18"/>
                <w:lang w:val="ca-ES"/>
              </w:rPr>
              <w:t>2.</w:t>
            </w:r>
          </w:p>
        </w:tc>
        <w:tc>
          <w:tcPr>
            <w:tcW w:w="958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416A0AA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264A018A" w14:textId="77777777">
        <w:trPr>
          <w:cantSplit/>
          <w:trHeight w:val="374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70" w:type="dxa"/>
              <w:bottom w:w="30" w:type="dxa"/>
              <w:right w:w="30" w:type="dxa"/>
            </w:tcMar>
          </w:tcPr>
          <w:p w14:paraId="0EC79CDD" w14:textId="77777777" w:rsidR="00E340B5" w:rsidRPr="00157CFE" w:rsidRDefault="00000000">
            <w:pPr>
              <w:spacing w:after="0"/>
              <w:jc w:val="right"/>
              <w:rPr>
                <w:lang w:val="ca-ES"/>
              </w:rPr>
            </w:pPr>
            <w:r w:rsidRPr="00157CFE">
              <w:rPr>
                <w:color w:val="222222"/>
                <w:sz w:val="18"/>
                <w:lang w:val="ca-ES"/>
              </w:rPr>
              <w:t>3.</w:t>
            </w:r>
          </w:p>
        </w:tc>
        <w:tc>
          <w:tcPr>
            <w:tcW w:w="958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AD9882E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08B26031" w14:textId="77777777">
        <w:trPr>
          <w:cantSplit/>
          <w:trHeight w:val="374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70" w:type="dxa"/>
              <w:bottom w:w="30" w:type="dxa"/>
              <w:right w:w="30" w:type="dxa"/>
            </w:tcMar>
          </w:tcPr>
          <w:p w14:paraId="0029C0C9" w14:textId="77777777" w:rsidR="00E340B5" w:rsidRPr="00157CFE" w:rsidRDefault="00000000">
            <w:pPr>
              <w:spacing w:after="0"/>
              <w:jc w:val="right"/>
              <w:rPr>
                <w:lang w:val="ca-ES"/>
              </w:rPr>
            </w:pPr>
            <w:r w:rsidRPr="00157CFE">
              <w:rPr>
                <w:color w:val="222222"/>
                <w:sz w:val="18"/>
                <w:lang w:val="ca-ES"/>
              </w:rPr>
              <w:t>4.</w:t>
            </w:r>
          </w:p>
        </w:tc>
        <w:tc>
          <w:tcPr>
            <w:tcW w:w="958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CD59498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3E68FAB9" w14:textId="77777777">
        <w:trPr>
          <w:cantSplit/>
          <w:trHeight w:val="374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70" w:type="dxa"/>
              <w:bottom w:w="30" w:type="dxa"/>
              <w:right w:w="30" w:type="dxa"/>
            </w:tcMar>
          </w:tcPr>
          <w:p w14:paraId="3E20F8EA" w14:textId="77777777" w:rsidR="00E340B5" w:rsidRPr="00157CFE" w:rsidRDefault="00000000">
            <w:pPr>
              <w:spacing w:after="0"/>
              <w:jc w:val="right"/>
              <w:rPr>
                <w:lang w:val="ca-ES"/>
              </w:rPr>
            </w:pPr>
            <w:r w:rsidRPr="00157CFE">
              <w:rPr>
                <w:color w:val="222222"/>
                <w:sz w:val="18"/>
                <w:lang w:val="ca-ES"/>
              </w:rPr>
              <w:t>5.</w:t>
            </w:r>
          </w:p>
        </w:tc>
        <w:tc>
          <w:tcPr>
            <w:tcW w:w="958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11F9FCEE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</w:tbl>
    <w:p w14:paraId="5C6750E4" w14:textId="77777777" w:rsidR="00E340B5" w:rsidRPr="00157CFE" w:rsidRDefault="00E340B5">
      <w:pPr>
        <w:rPr>
          <w:lang w:val="ca-ES"/>
        </w:rPr>
        <w:sectPr w:rsidR="00E340B5" w:rsidRPr="00157CFE">
          <w:footerReference w:type="default" r:id="rId8"/>
          <w:pgSz w:w="11906" w:h="16838"/>
          <w:pgMar w:top="822" w:right="907" w:bottom="1446" w:left="907" w:header="340" w:footer="369" w:gutter="0"/>
          <w:cols w:space="720"/>
          <w:docGrid w:linePitch="360"/>
        </w:sectPr>
      </w:pPr>
    </w:p>
    <w:p w14:paraId="029711D3" w14:textId="77777777" w:rsidR="00E340B5" w:rsidRPr="00157CFE" w:rsidRDefault="00000000">
      <w:pPr>
        <w:keepNext/>
        <w:pBdr>
          <w:bottom w:val="single" w:sz="7" w:space="1" w:color="8A8A8A"/>
        </w:pBdr>
        <w:spacing w:after="40"/>
        <w:rPr>
          <w:lang w:val="ca-ES"/>
        </w:rPr>
      </w:pPr>
      <w:r w:rsidRPr="00157CFE">
        <w:rPr>
          <w:b/>
          <w:color w:val="222222"/>
          <w:sz w:val="22"/>
          <w:lang w:val="ca-ES"/>
        </w:rPr>
        <w:lastRenderedPageBreak/>
        <w:t>I APORT LA DOCUMENTACIÓ SEGÜENT:</w:t>
      </w:r>
    </w:p>
    <w:tbl>
      <w:tblPr>
        <w:tblW w:w="10092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9582"/>
      </w:tblGrid>
      <w:tr w:rsidR="00E340B5" w:rsidRPr="00157CFE" w14:paraId="7AE36A3C" w14:textId="77777777">
        <w:trPr>
          <w:cantSplit/>
          <w:trHeight w:val="34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70" w:type="dxa"/>
              <w:bottom w:w="30" w:type="dxa"/>
              <w:right w:w="30" w:type="dxa"/>
            </w:tcMar>
          </w:tcPr>
          <w:p w14:paraId="78937AB4" w14:textId="77777777" w:rsidR="00E340B5" w:rsidRPr="00157CFE" w:rsidRDefault="00000000">
            <w:pPr>
              <w:spacing w:after="0"/>
              <w:jc w:val="right"/>
              <w:rPr>
                <w:lang w:val="ca-ES"/>
              </w:rPr>
            </w:pPr>
            <w:r w:rsidRPr="00157CFE">
              <w:rPr>
                <w:color w:val="222222"/>
                <w:sz w:val="18"/>
                <w:lang w:val="ca-ES"/>
              </w:rPr>
              <w:t>1.</w:t>
            </w:r>
          </w:p>
        </w:tc>
        <w:tc>
          <w:tcPr>
            <w:tcW w:w="958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CD74E4B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5DA5A553" w14:textId="77777777">
        <w:trPr>
          <w:cantSplit/>
          <w:trHeight w:val="34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70" w:type="dxa"/>
              <w:bottom w:w="30" w:type="dxa"/>
              <w:right w:w="30" w:type="dxa"/>
            </w:tcMar>
          </w:tcPr>
          <w:p w14:paraId="016F7B95" w14:textId="77777777" w:rsidR="00E340B5" w:rsidRPr="00157CFE" w:rsidRDefault="00000000">
            <w:pPr>
              <w:spacing w:after="0"/>
              <w:jc w:val="right"/>
              <w:rPr>
                <w:lang w:val="ca-ES"/>
              </w:rPr>
            </w:pPr>
            <w:r w:rsidRPr="00157CFE">
              <w:rPr>
                <w:color w:val="222222"/>
                <w:sz w:val="18"/>
                <w:lang w:val="ca-ES"/>
              </w:rPr>
              <w:t>2.</w:t>
            </w:r>
          </w:p>
        </w:tc>
        <w:tc>
          <w:tcPr>
            <w:tcW w:w="958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CE4B94E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033DF7AE" w14:textId="77777777">
        <w:trPr>
          <w:cantSplit/>
          <w:trHeight w:val="34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70" w:type="dxa"/>
              <w:bottom w:w="30" w:type="dxa"/>
              <w:right w:w="30" w:type="dxa"/>
            </w:tcMar>
          </w:tcPr>
          <w:p w14:paraId="36C44B24" w14:textId="77777777" w:rsidR="00E340B5" w:rsidRPr="00157CFE" w:rsidRDefault="00000000">
            <w:pPr>
              <w:spacing w:after="0"/>
              <w:jc w:val="right"/>
              <w:rPr>
                <w:lang w:val="ca-ES"/>
              </w:rPr>
            </w:pPr>
            <w:r w:rsidRPr="00157CFE">
              <w:rPr>
                <w:color w:val="222222"/>
                <w:sz w:val="18"/>
                <w:lang w:val="ca-ES"/>
              </w:rPr>
              <w:t>3.</w:t>
            </w:r>
          </w:p>
        </w:tc>
        <w:tc>
          <w:tcPr>
            <w:tcW w:w="958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383681D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3862EF2E" w14:textId="77777777">
        <w:trPr>
          <w:cantSplit/>
          <w:trHeight w:val="34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70" w:type="dxa"/>
              <w:bottom w:w="30" w:type="dxa"/>
              <w:right w:w="30" w:type="dxa"/>
            </w:tcMar>
          </w:tcPr>
          <w:p w14:paraId="7B538B33" w14:textId="77777777" w:rsidR="00E340B5" w:rsidRPr="00157CFE" w:rsidRDefault="00000000">
            <w:pPr>
              <w:spacing w:after="0"/>
              <w:jc w:val="right"/>
              <w:rPr>
                <w:lang w:val="ca-ES"/>
              </w:rPr>
            </w:pPr>
            <w:r w:rsidRPr="00157CFE">
              <w:rPr>
                <w:color w:val="222222"/>
                <w:sz w:val="18"/>
                <w:lang w:val="ca-ES"/>
              </w:rPr>
              <w:t>4.</w:t>
            </w:r>
          </w:p>
        </w:tc>
        <w:tc>
          <w:tcPr>
            <w:tcW w:w="958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F101E30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11C7A450" w14:textId="77777777">
        <w:trPr>
          <w:cantSplit/>
          <w:trHeight w:val="340"/>
          <w:jc w:val="center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70" w:type="dxa"/>
              <w:bottom w:w="30" w:type="dxa"/>
              <w:right w:w="30" w:type="dxa"/>
            </w:tcMar>
          </w:tcPr>
          <w:p w14:paraId="467E8616" w14:textId="77777777" w:rsidR="00E340B5" w:rsidRPr="00157CFE" w:rsidRDefault="00000000">
            <w:pPr>
              <w:spacing w:after="0"/>
              <w:jc w:val="right"/>
              <w:rPr>
                <w:lang w:val="ca-ES"/>
              </w:rPr>
            </w:pPr>
            <w:r w:rsidRPr="00157CFE">
              <w:rPr>
                <w:color w:val="222222"/>
                <w:sz w:val="18"/>
                <w:lang w:val="ca-ES"/>
              </w:rPr>
              <w:t>5.</w:t>
            </w:r>
          </w:p>
        </w:tc>
        <w:tc>
          <w:tcPr>
            <w:tcW w:w="9582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EEAD3AE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</w:tbl>
    <w:p w14:paraId="258B2CE1" w14:textId="77777777" w:rsidR="00157CFE" w:rsidRPr="00157CFE" w:rsidRDefault="00157CFE">
      <w:pPr>
        <w:keepNext/>
        <w:pBdr>
          <w:bottom w:val="single" w:sz="7" w:space="1" w:color="8A8A8A"/>
        </w:pBdr>
        <w:spacing w:before="120" w:after="40"/>
        <w:rPr>
          <w:b/>
          <w:color w:val="222222"/>
          <w:sz w:val="22"/>
          <w:lang w:val="ca-ES"/>
        </w:rPr>
      </w:pPr>
    </w:p>
    <w:p w14:paraId="32F74C55" w14:textId="63A3FF6F" w:rsidR="00E340B5" w:rsidRPr="00157CFE" w:rsidRDefault="00000000">
      <w:pPr>
        <w:keepNext/>
        <w:pBdr>
          <w:bottom w:val="single" w:sz="7" w:space="1" w:color="8A8A8A"/>
        </w:pBdr>
        <w:spacing w:before="120" w:after="40"/>
        <w:rPr>
          <w:lang w:val="ca-ES"/>
        </w:rPr>
      </w:pPr>
      <w:r w:rsidRPr="00157CFE">
        <w:rPr>
          <w:b/>
          <w:color w:val="222222"/>
          <w:sz w:val="22"/>
          <w:lang w:val="ca-ES"/>
        </w:rPr>
        <w:t>SOL·LICIT:</w:t>
      </w:r>
    </w:p>
    <w:tbl>
      <w:tblPr>
        <w:tblW w:w="10092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9525"/>
      </w:tblGrid>
      <w:tr w:rsidR="00E340B5" w:rsidRPr="00157CFE" w14:paraId="4F4BF762" w14:textId="77777777">
        <w:trPr>
          <w:cantSplit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30" w:type="dxa"/>
              <w:bottom w:w="35" w:type="dxa"/>
              <w:right w:w="20" w:type="dxa"/>
            </w:tcMar>
          </w:tcPr>
          <w:p w14:paraId="5438265B" w14:textId="77777777" w:rsidR="00E340B5" w:rsidRPr="00157CFE" w:rsidRDefault="00000000">
            <w:pPr>
              <w:spacing w:after="0"/>
              <w:jc w:val="center"/>
              <w:rPr>
                <w:lang w:val="ca-ES"/>
              </w:rPr>
            </w:pPr>
            <w:r w:rsidRPr="00157CFE">
              <w:rPr>
                <w:color w:val="444444"/>
                <w:sz w:val="22"/>
                <w:lang w:val="ca-ES"/>
              </w:rPr>
              <w:t>☐</w:t>
            </w:r>
          </w:p>
        </w:tc>
        <w:tc>
          <w:tcPr>
            <w:tcW w:w="9525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40" w:type="dxa"/>
              <w:bottom w:w="35" w:type="dxa"/>
              <w:right w:w="40" w:type="dxa"/>
            </w:tcMar>
          </w:tcPr>
          <w:p w14:paraId="092443DC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color w:val="222222"/>
                <w:sz w:val="19"/>
                <w:lang w:val="ca-ES"/>
              </w:rPr>
              <w:t>Que es modifiqui la resolució que és objecte d'aquest recurs</w:t>
            </w:r>
          </w:p>
        </w:tc>
      </w:tr>
      <w:tr w:rsidR="00E340B5" w:rsidRPr="00157CFE" w14:paraId="21C8E9CA" w14:textId="77777777">
        <w:trPr>
          <w:cantSplit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30" w:type="dxa"/>
              <w:bottom w:w="35" w:type="dxa"/>
              <w:right w:w="20" w:type="dxa"/>
            </w:tcMar>
          </w:tcPr>
          <w:p w14:paraId="305E47BD" w14:textId="77777777" w:rsidR="00E340B5" w:rsidRPr="00157CFE" w:rsidRDefault="00000000">
            <w:pPr>
              <w:spacing w:after="0"/>
              <w:jc w:val="center"/>
              <w:rPr>
                <w:lang w:val="ca-ES"/>
              </w:rPr>
            </w:pPr>
            <w:r w:rsidRPr="00157CFE">
              <w:rPr>
                <w:color w:val="444444"/>
                <w:sz w:val="22"/>
                <w:lang w:val="ca-ES"/>
              </w:rPr>
              <w:t>☐</w:t>
            </w:r>
          </w:p>
        </w:tc>
        <w:tc>
          <w:tcPr>
            <w:tcW w:w="9525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40" w:type="dxa"/>
              <w:bottom w:w="35" w:type="dxa"/>
              <w:right w:w="40" w:type="dxa"/>
            </w:tcMar>
          </w:tcPr>
          <w:p w14:paraId="2BF2EF09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color w:val="222222"/>
                <w:sz w:val="19"/>
                <w:lang w:val="ca-ES"/>
              </w:rPr>
              <w:t>Que es revoqui la resolució que és objecte d'aquest recurs</w:t>
            </w:r>
          </w:p>
        </w:tc>
      </w:tr>
    </w:tbl>
    <w:p w14:paraId="6CBDB8D7" w14:textId="77777777" w:rsidR="00157CFE" w:rsidRPr="00157CFE" w:rsidRDefault="00157CFE">
      <w:pPr>
        <w:keepNext/>
        <w:pBdr>
          <w:bottom w:val="single" w:sz="7" w:space="1" w:color="8A8A8A"/>
        </w:pBdr>
        <w:spacing w:before="100" w:after="40"/>
        <w:rPr>
          <w:b/>
          <w:color w:val="222222"/>
          <w:sz w:val="22"/>
          <w:lang w:val="ca-ES"/>
        </w:rPr>
      </w:pPr>
    </w:p>
    <w:p w14:paraId="33BDA2BB" w14:textId="67456843" w:rsidR="00E340B5" w:rsidRPr="00157CFE" w:rsidRDefault="00000000">
      <w:pPr>
        <w:keepNext/>
        <w:pBdr>
          <w:bottom w:val="single" w:sz="7" w:space="1" w:color="8A8A8A"/>
        </w:pBdr>
        <w:spacing w:before="100" w:after="40"/>
        <w:rPr>
          <w:lang w:val="ca-ES"/>
        </w:rPr>
      </w:pPr>
      <w:r w:rsidRPr="00157CFE">
        <w:rPr>
          <w:b/>
          <w:color w:val="222222"/>
          <w:sz w:val="22"/>
          <w:lang w:val="ca-ES"/>
        </w:rPr>
        <w:t>Signat:</w:t>
      </w:r>
    </w:p>
    <w:tbl>
      <w:tblPr>
        <w:tblW w:w="10092" w:type="dxa"/>
        <w:jc w:val="center"/>
        <w:tblLayout w:type="fixed"/>
        <w:tblLook w:val="04A0" w:firstRow="1" w:lastRow="0" w:firstColumn="1" w:lastColumn="0" w:noHBand="0" w:noVBand="1"/>
      </w:tblPr>
      <w:tblGrid>
        <w:gridCol w:w="4022"/>
        <w:gridCol w:w="1416"/>
        <w:gridCol w:w="2549"/>
        <w:gridCol w:w="2097"/>
        <w:gridCol w:w="8"/>
      </w:tblGrid>
      <w:tr w:rsidR="00E340B5" w:rsidRPr="00157CFE" w14:paraId="0645CD81" w14:textId="77777777">
        <w:trPr>
          <w:gridAfter w:val="1"/>
          <w:wAfter w:w="8" w:type="dxa"/>
          <w:cantSplit/>
          <w:trHeight w:val="822"/>
          <w:jc w:val="center"/>
        </w:trPr>
        <w:tc>
          <w:tcPr>
            <w:tcW w:w="10092" w:type="dxa"/>
            <w:gridSpan w:val="4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D18AA31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  <w:tr w:rsidR="00E340B5" w:rsidRPr="00157CFE" w14:paraId="552FEC74" w14:textId="77777777">
        <w:trPr>
          <w:cantSplit/>
          <w:jc w:val="center"/>
        </w:trPr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10" w:type="dxa"/>
              <w:right w:w="40" w:type="dxa"/>
            </w:tcMar>
          </w:tcPr>
          <w:p w14:paraId="3EE98E14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Lloc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10" w:type="dxa"/>
              <w:right w:w="40" w:type="dxa"/>
            </w:tcMar>
          </w:tcPr>
          <w:p w14:paraId="20FC624B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Dia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10" w:type="dxa"/>
              <w:right w:w="40" w:type="dxa"/>
            </w:tcMar>
          </w:tcPr>
          <w:p w14:paraId="0D53A699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Mes</w:t>
            </w:r>
          </w:p>
        </w:tc>
        <w:tc>
          <w:tcPr>
            <w:tcW w:w="20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60" w:type="dxa"/>
              <w:bottom w:w="10" w:type="dxa"/>
              <w:right w:w="40" w:type="dxa"/>
            </w:tcMar>
          </w:tcPr>
          <w:p w14:paraId="5D2AFCC5" w14:textId="77777777" w:rsidR="00E340B5" w:rsidRPr="00157CFE" w:rsidRDefault="00000000">
            <w:pPr>
              <w:spacing w:after="0"/>
              <w:rPr>
                <w:lang w:val="ca-ES"/>
              </w:rPr>
            </w:pPr>
            <w:r w:rsidRPr="00157CFE">
              <w:rPr>
                <w:b/>
                <w:color w:val="444444"/>
                <w:sz w:val="18"/>
                <w:lang w:val="ca-ES"/>
              </w:rPr>
              <w:t>Any</w:t>
            </w:r>
          </w:p>
        </w:tc>
      </w:tr>
      <w:tr w:rsidR="00E340B5" w:rsidRPr="00157CFE" w14:paraId="49E0ECFA" w14:textId="77777777">
        <w:trPr>
          <w:cantSplit/>
          <w:trHeight w:val="294"/>
          <w:jc w:val="center"/>
        </w:trPr>
        <w:tc>
          <w:tcPr>
            <w:tcW w:w="4025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A8F04A5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  <w:tc>
          <w:tcPr>
            <w:tcW w:w="1417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B1F400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  <w:tc>
          <w:tcPr>
            <w:tcW w:w="2551" w:type="dxa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4EA7779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  <w:tc>
          <w:tcPr>
            <w:tcW w:w="2097" w:type="dxa"/>
            <w:gridSpan w:val="2"/>
            <w:tcBorders>
              <w:top w:val="single" w:sz="5" w:space="0" w:color="B8B8B8"/>
              <w:left w:val="single" w:sz="5" w:space="0" w:color="B8B8B8"/>
              <w:bottom w:val="single" w:sz="5" w:space="0" w:color="B8B8B8"/>
              <w:right w:val="single" w:sz="5" w:space="0" w:color="B8B8B8"/>
            </w:tcBorders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1F61DC5" w14:textId="77777777" w:rsidR="00E340B5" w:rsidRPr="00157CFE" w:rsidRDefault="00000000">
            <w:pPr>
              <w:spacing w:after="0" w:line="240" w:lineRule="auto"/>
              <w:rPr>
                <w:lang w:val="ca-ES"/>
              </w:rPr>
            </w:pPr>
            <w:r w:rsidRPr="00157CFE">
              <w:rPr>
                <w:color w:val="FFFFFF"/>
                <w:sz w:val="18"/>
                <w:lang w:val="ca-ES"/>
              </w:rPr>
              <w:t> </w:t>
            </w:r>
          </w:p>
        </w:tc>
      </w:tr>
    </w:tbl>
    <w:p w14:paraId="67AC9A96" w14:textId="77777777" w:rsidR="00157CFE" w:rsidRPr="00157CFE" w:rsidRDefault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72A8F980" w14:textId="77777777" w:rsidR="00157CFE" w:rsidRPr="00157CFE" w:rsidRDefault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4977EA36" w14:textId="77777777" w:rsidR="00157CFE" w:rsidRPr="00157CFE" w:rsidRDefault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59015157" w14:textId="77777777" w:rsidR="00157CFE" w:rsidRPr="00157CFE" w:rsidRDefault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4F99DF13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3FAD80D5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361C8958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1510B20C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437A3546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29149ACA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3D7D8647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59539E94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6CAD0887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6BFF240D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2904CB5E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2201CC2B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074562B1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58F35C9C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7E439CFE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7F1A2AFF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0927DB0F" w14:textId="77777777" w:rsidR="00157CFE" w:rsidRPr="00157CFE" w:rsidRDefault="00157CFE" w:rsidP="00157CFE">
      <w:pPr>
        <w:spacing w:before="140" w:after="0"/>
        <w:jc w:val="center"/>
        <w:rPr>
          <w:b/>
          <w:color w:val="222222"/>
          <w:sz w:val="18"/>
          <w:lang w:val="ca-ES"/>
        </w:rPr>
      </w:pPr>
    </w:p>
    <w:p w14:paraId="175F09DD" w14:textId="590B78B5" w:rsidR="00E340B5" w:rsidRPr="00157CFE" w:rsidRDefault="00000000" w:rsidP="00157CFE">
      <w:pPr>
        <w:spacing w:before="140" w:after="0"/>
        <w:jc w:val="center"/>
        <w:rPr>
          <w:lang w:val="ca-ES"/>
        </w:rPr>
      </w:pPr>
      <w:r w:rsidRPr="00157CFE">
        <w:rPr>
          <w:b/>
          <w:color w:val="222222"/>
          <w:sz w:val="18"/>
          <w:lang w:val="ca-ES"/>
        </w:rPr>
        <w:t>DIRECCIÓ GENERAL DE PLANIFICACIÓ I GESTIÓ EDUCATIVES - CONSELLERIAD'EDUCACIÓ I UNIVERSITATS</w:t>
      </w:r>
    </w:p>
    <w:sectPr w:rsidR="00E340B5" w:rsidRPr="00157CFE" w:rsidSect="00034616">
      <w:footerReference w:type="default" r:id="rId9"/>
      <w:pgSz w:w="11906" w:h="16838"/>
      <w:pgMar w:top="822" w:right="907" w:bottom="765" w:left="907" w:header="34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9EB4E" w14:textId="77777777" w:rsidR="0053114E" w:rsidRDefault="0053114E">
      <w:pPr>
        <w:spacing w:after="0" w:line="240" w:lineRule="auto"/>
      </w:pPr>
      <w:r>
        <w:separator/>
      </w:r>
    </w:p>
  </w:endnote>
  <w:endnote w:type="continuationSeparator" w:id="0">
    <w:p w14:paraId="1E383514" w14:textId="77777777" w:rsidR="0053114E" w:rsidRDefault="00531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A0935" w14:textId="77777777" w:rsidR="00E340B5" w:rsidRPr="00157CFE" w:rsidRDefault="00000000">
    <w:pPr>
      <w:pStyle w:val="Piedepgina"/>
      <w:pBdr>
        <w:top w:val="single" w:sz="5" w:space="4" w:color="777777"/>
      </w:pBdr>
      <w:spacing w:after="20"/>
      <w:rPr>
        <w:lang w:val="es-ES"/>
      </w:rPr>
    </w:pPr>
    <w:proofErr w:type="gramStart"/>
    <w:r w:rsidRPr="00157CFE">
      <w:rPr>
        <w:color w:val="555555"/>
        <w:sz w:val="14"/>
        <w:lang w:val="es-ES"/>
      </w:rPr>
      <w:t>1  El</w:t>
    </w:r>
    <w:proofErr w:type="gramEnd"/>
    <w:r w:rsidRPr="00157CFE">
      <w:rPr>
        <w:color w:val="555555"/>
        <w:sz w:val="14"/>
        <w:lang w:val="es-ES"/>
      </w:rPr>
      <w:t xml:space="preserve"> </w:t>
    </w:r>
    <w:proofErr w:type="spellStart"/>
    <w:r w:rsidRPr="00157CFE">
      <w:rPr>
        <w:color w:val="555555"/>
        <w:sz w:val="14"/>
        <w:lang w:val="es-ES"/>
      </w:rPr>
      <w:t>recurrent</w:t>
    </w:r>
    <w:proofErr w:type="spellEnd"/>
    <w:r w:rsidRPr="00157CFE">
      <w:rPr>
        <w:color w:val="555555"/>
        <w:sz w:val="14"/>
        <w:lang w:val="es-ES"/>
      </w:rPr>
      <w:t xml:space="preserve"> </w:t>
    </w:r>
    <w:proofErr w:type="spellStart"/>
    <w:r w:rsidRPr="00157CFE">
      <w:rPr>
        <w:color w:val="555555"/>
        <w:sz w:val="14"/>
        <w:lang w:val="es-ES"/>
      </w:rPr>
      <w:t>és</w:t>
    </w:r>
    <w:proofErr w:type="spellEnd"/>
    <w:r w:rsidRPr="00157CFE">
      <w:rPr>
        <w:color w:val="555555"/>
        <w:sz w:val="14"/>
        <w:lang w:val="es-ES"/>
      </w:rPr>
      <w:t xml:space="preserve"> el pare/mare o tutor legal de </w:t>
    </w:r>
    <w:proofErr w:type="spellStart"/>
    <w:r w:rsidRPr="00157CFE">
      <w:rPr>
        <w:color w:val="555555"/>
        <w:sz w:val="14"/>
        <w:lang w:val="es-ES"/>
      </w:rPr>
      <w:t>l'alumne</w:t>
    </w:r>
    <w:proofErr w:type="spellEnd"/>
    <w:r w:rsidRPr="00157CFE">
      <w:rPr>
        <w:color w:val="555555"/>
        <w:sz w:val="14"/>
        <w:lang w:val="es-ES"/>
      </w:rPr>
      <w:t xml:space="preserve"> si </w:t>
    </w:r>
    <w:proofErr w:type="spellStart"/>
    <w:r w:rsidRPr="00157CFE">
      <w:rPr>
        <w:color w:val="555555"/>
        <w:sz w:val="14"/>
        <w:lang w:val="es-ES"/>
      </w:rPr>
      <w:t>aquest</w:t>
    </w:r>
    <w:proofErr w:type="spellEnd"/>
    <w:r w:rsidRPr="00157CFE">
      <w:rPr>
        <w:color w:val="555555"/>
        <w:sz w:val="14"/>
        <w:lang w:val="es-ES"/>
      </w:rPr>
      <w:t xml:space="preserve"> </w:t>
    </w:r>
    <w:proofErr w:type="spellStart"/>
    <w:r w:rsidRPr="00157CFE">
      <w:rPr>
        <w:color w:val="555555"/>
        <w:sz w:val="14"/>
        <w:lang w:val="es-ES"/>
      </w:rPr>
      <w:t>és</w:t>
    </w:r>
    <w:proofErr w:type="spellEnd"/>
    <w:r w:rsidRPr="00157CFE">
      <w:rPr>
        <w:color w:val="555555"/>
        <w:sz w:val="14"/>
        <w:lang w:val="es-ES"/>
      </w:rPr>
      <w:t xml:space="preserve"> menor </w:t>
    </w:r>
    <w:proofErr w:type="spellStart"/>
    <w:r w:rsidRPr="00157CFE">
      <w:rPr>
        <w:color w:val="555555"/>
        <w:sz w:val="14"/>
        <w:lang w:val="es-ES"/>
      </w:rPr>
      <w:t>d'edat</w:t>
    </w:r>
    <w:proofErr w:type="spellEnd"/>
    <w:r w:rsidRPr="00157CFE">
      <w:rPr>
        <w:color w:val="555555"/>
        <w:sz w:val="14"/>
        <w:lang w:val="es-ES"/>
      </w:rPr>
      <w:t xml:space="preserve">. Cas de ser </w:t>
    </w:r>
    <w:proofErr w:type="spellStart"/>
    <w:r w:rsidRPr="00157CFE">
      <w:rPr>
        <w:color w:val="555555"/>
        <w:sz w:val="14"/>
        <w:lang w:val="es-ES"/>
      </w:rPr>
      <w:t>l'alumne</w:t>
    </w:r>
    <w:proofErr w:type="spellEnd"/>
    <w:r w:rsidRPr="00157CFE">
      <w:rPr>
        <w:color w:val="555555"/>
        <w:sz w:val="14"/>
        <w:lang w:val="es-ES"/>
      </w:rPr>
      <w:t xml:space="preserve"> </w:t>
    </w:r>
    <w:proofErr w:type="spellStart"/>
    <w:r w:rsidRPr="00157CFE">
      <w:rPr>
        <w:color w:val="555555"/>
        <w:sz w:val="14"/>
        <w:lang w:val="es-ES"/>
      </w:rPr>
      <w:t>major</w:t>
    </w:r>
    <w:proofErr w:type="spellEnd"/>
    <w:r w:rsidRPr="00157CFE">
      <w:rPr>
        <w:color w:val="555555"/>
        <w:sz w:val="14"/>
        <w:lang w:val="es-ES"/>
      </w:rPr>
      <w:t xml:space="preserve"> </w:t>
    </w:r>
    <w:proofErr w:type="spellStart"/>
    <w:r w:rsidRPr="00157CFE">
      <w:rPr>
        <w:color w:val="555555"/>
        <w:sz w:val="14"/>
        <w:lang w:val="es-ES"/>
      </w:rPr>
      <w:t>d'edat</w:t>
    </w:r>
    <w:proofErr w:type="spellEnd"/>
    <w:r w:rsidRPr="00157CFE">
      <w:rPr>
        <w:color w:val="555555"/>
        <w:sz w:val="14"/>
        <w:lang w:val="es-ES"/>
      </w:rPr>
      <w:t xml:space="preserve">, el </w:t>
    </w:r>
    <w:proofErr w:type="spellStart"/>
    <w:r w:rsidRPr="00157CFE">
      <w:rPr>
        <w:color w:val="555555"/>
        <w:sz w:val="14"/>
        <w:lang w:val="es-ES"/>
      </w:rPr>
      <w:t>recurrent</w:t>
    </w:r>
    <w:proofErr w:type="spellEnd"/>
    <w:r w:rsidRPr="00157CFE">
      <w:rPr>
        <w:color w:val="555555"/>
        <w:sz w:val="14"/>
        <w:lang w:val="es-ES"/>
      </w:rPr>
      <w:t xml:space="preserve"> </w:t>
    </w:r>
    <w:proofErr w:type="spellStart"/>
    <w:r w:rsidRPr="00157CFE">
      <w:rPr>
        <w:color w:val="555555"/>
        <w:sz w:val="14"/>
        <w:lang w:val="es-ES"/>
      </w:rPr>
      <w:t>és</w:t>
    </w:r>
    <w:proofErr w:type="spellEnd"/>
    <w:r w:rsidRPr="00157CFE">
      <w:rPr>
        <w:color w:val="555555"/>
        <w:sz w:val="14"/>
        <w:lang w:val="es-ES"/>
      </w:rPr>
      <w:t xml:space="preserve"> el </w:t>
    </w:r>
    <w:proofErr w:type="spellStart"/>
    <w:r w:rsidRPr="00157CFE">
      <w:rPr>
        <w:color w:val="555555"/>
        <w:sz w:val="14"/>
        <w:lang w:val="es-ES"/>
      </w:rPr>
      <w:t>mateix</w:t>
    </w:r>
    <w:proofErr w:type="spellEnd"/>
    <w:r w:rsidRPr="00157CFE">
      <w:rPr>
        <w:color w:val="555555"/>
        <w:sz w:val="14"/>
        <w:lang w:val="es-ES"/>
      </w:rPr>
      <w:t xml:space="preserve"> alumne.</w:t>
    </w:r>
  </w:p>
  <w:p w14:paraId="293FE0BD" w14:textId="77777777" w:rsidR="00E340B5" w:rsidRPr="00157CFE" w:rsidRDefault="00000000">
    <w:pPr>
      <w:spacing w:after="0" w:line="240" w:lineRule="auto"/>
      <w:rPr>
        <w:lang w:val="es-ES"/>
      </w:rPr>
    </w:pPr>
    <w:proofErr w:type="gramStart"/>
    <w:r w:rsidRPr="00157CFE">
      <w:rPr>
        <w:color w:val="555555"/>
        <w:sz w:val="14"/>
        <w:lang w:val="es-ES"/>
      </w:rPr>
      <w:t xml:space="preserve">2  </w:t>
    </w:r>
    <w:proofErr w:type="spellStart"/>
    <w:r w:rsidRPr="00157CFE">
      <w:rPr>
        <w:color w:val="555555"/>
        <w:sz w:val="14"/>
        <w:lang w:val="es-ES"/>
      </w:rPr>
      <w:t>Indicau</w:t>
    </w:r>
    <w:proofErr w:type="spellEnd"/>
    <w:proofErr w:type="gramEnd"/>
    <w:r w:rsidRPr="00157CFE">
      <w:rPr>
        <w:color w:val="555555"/>
        <w:sz w:val="14"/>
        <w:lang w:val="es-ES"/>
      </w:rPr>
      <w:t xml:space="preserve"> el </w:t>
    </w:r>
    <w:proofErr w:type="spellStart"/>
    <w:r w:rsidRPr="00157CFE">
      <w:rPr>
        <w:color w:val="555555"/>
        <w:sz w:val="14"/>
        <w:lang w:val="es-ES"/>
      </w:rPr>
      <w:t>contingut</w:t>
    </w:r>
    <w:proofErr w:type="spellEnd"/>
    <w:r w:rsidRPr="00157CFE">
      <w:rPr>
        <w:color w:val="555555"/>
        <w:sz w:val="14"/>
        <w:lang w:val="es-ES"/>
      </w:rPr>
      <w:t xml:space="preserve"> i la data de </w:t>
    </w:r>
    <w:proofErr w:type="spellStart"/>
    <w:r w:rsidRPr="00157CFE">
      <w:rPr>
        <w:color w:val="555555"/>
        <w:sz w:val="14"/>
        <w:lang w:val="es-ES"/>
      </w:rPr>
      <w:t>recepció</w:t>
    </w:r>
    <w:proofErr w:type="spellEnd"/>
    <w:r w:rsidRPr="00157CFE">
      <w:rPr>
        <w:color w:val="555555"/>
        <w:sz w:val="14"/>
        <w:lang w:val="es-ES"/>
      </w:rPr>
      <w:t xml:space="preserve"> de la </w:t>
    </w:r>
    <w:proofErr w:type="spellStart"/>
    <w:r w:rsidRPr="00157CFE">
      <w:rPr>
        <w:color w:val="555555"/>
        <w:sz w:val="14"/>
        <w:lang w:val="es-ES"/>
      </w:rPr>
      <w:t>resolució</w:t>
    </w:r>
    <w:proofErr w:type="spellEnd"/>
    <w:r w:rsidRPr="00157CFE">
      <w:rPr>
        <w:color w:val="555555"/>
        <w:sz w:val="14"/>
        <w:lang w:val="es-ES"/>
      </w:rPr>
      <w:t xml:space="preserve"> de la </w:t>
    </w:r>
    <w:proofErr w:type="spellStart"/>
    <w:r w:rsidRPr="00157CFE">
      <w:rPr>
        <w:color w:val="555555"/>
        <w:sz w:val="14"/>
        <w:lang w:val="es-ES"/>
      </w:rPr>
      <w:t>direcció</w:t>
    </w:r>
    <w:proofErr w:type="spellEnd"/>
    <w:r w:rsidRPr="00157CFE">
      <w:rPr>
        <w:color w:val="555555"/>
        <w:sz w:val="14"/>
        <w:lang w:val="es-ES"/>
      </w:rPr>
      <w:t xml:space="preserve"> del centre.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7CD2" w14:textId="77777777" w:rsidR="00E340B5" w:rsidRDefault="00E340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1E03C" w14:textId="77777777" w:rsidR="0053114E" w:rsidRDefault="0053114E">
      <w:pPr>
        <w:spacing w:after="0" w:line="240" w:lineRule="auto"/>
      </w:pPr>
      <w:r>
        <w:separator/>
      </w:r>
    </w:p>
  </w:footnote>
  <w:footnote w:type="continuationSeparator" w:id="0">
    <w:p w14:paraId="71772DA8" w14:textId="77777777" w:rsidR="0053114E" w:rsidRDefault="005311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8306468">
    <w:abstractNumId w:val="8"/>
  </w:num>
  <w:num w:numId="2" w16cid:durableId="2107843422">
    <w:abstractNumId w:val="6"/>
  </w:num>
  <w:num w:numId="3" w16cid:durableId="1462533499">
    <w:abstractNumId w:val="5"/>
  </w:num>
  <w:num w:numId="4" w16cid:durableId="357774231">
    <w:abstractNumId w:val="4"/>
  </w:num>
  <w:num w:numId="5" w16cid:durableId="797604110">
    <w:abstractNumId w:val="7"/>
  </w:num>
  <w:num w:numId="6" w16cid:durableId="2054039560">
    <w:abstractNumId w:val="3"/>
  </w:num>
  <w:num w:numId="7" w16cid:durableId="878738527">
    <w:abstractNumId w:val="2"/>
  </w:num>
  <w:num w:numId="8" w16cid:durableId="2141341370">
    <w:abstractNumId w:val="1"/>
  </w:num>
  <w:num w:numId="9" w16cid:durableId="2116317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7CFE"/>
    <w:rsid w:val="0029639D"/>
    <w:rsid w:val="00326F90"/>
    <w:rsid w:val="0053114E"/>
    <w:rsid w:val="00AA1D8D"/>
    <w:rsid w:val="00B47730"/>
    <w:rsid w:val="00CB0664"/>
    <w:rsid w:val="00D70AE6"/>
    <w:rsid w:val="00E340B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36237E"/>
  <w14:defaultImageDpi w14:val="300"/>
  <w15:docId w15:val="{0BC505A8-3F8E-4EBC-A8FC-57D14F057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Alexandra Garrido Moreira</cp:lastModifiedBy>
  <cp:revision>2</cp:revision>
  <dcterms:created xsi:type="dcterms:W3CDTF">2013-12-23T23:15:00Z</dcterms:created>
  <dcterms:modified xsi:type="dcterms:W3CDTF">2026-09-16T09:59:00Z</dcterms:modified>
  <cp:category/>
</cp:coreProperties>
</file>